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עולם הכדורגל - המגרש והעמדות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חלקי המגרש ואת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העמדות השונות במשחק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החוקים הבסיסיים של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שוער/ת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90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מסגרת עם 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חלוץ/ה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מעיגול האמצע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 – קשר/ית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מותר רק ברחבת העונשין שלו/ה, לא בכל המגרש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בדף על 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בכדורגל ילדים המגרש קטן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מוגדרת מטרת המשחק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אסור לכל השחקנים חוץ מהשוער/ת ברחבה שלו/ה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כתוב בעובדות החשובות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שופט/ת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שוער/ת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מאמן/ת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6. 90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העמדה לתפקיד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(שומר/ת שהכדור לא ייכנס לשער)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(עוצר/ת התקפות של היריבים)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(מקשר/ת בין ההגנה להתקפה)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(מנסה להבקיע שערים)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(שורק/ת על עבירות ומראה כרטיסים)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(בוחר/ת מערך ומעודד/ת שחקנים)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המשחק נפתח מעיגול האמצע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שחקן בועט בכדור לכיוון השער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הכדור עובר את קו השער בין הקורות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נקבע שער, והמשחק נפתח שוב מעיגול האמצע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יבחר/תבחר עמדה ויסביר/תסביר בקצרה מה מושך אותו/ה בה, תוך שימוש בתיאור התפקיד מהדף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ברחבת העונשין השוער/ת רשאי/ת לגעת בכדור בידיים, בשאר המגרש זה אסור לכל השחקנים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השוער/ת, רק ברחבת העונשין שלו/ה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צהוב הוא אזהרה, אדום הוא הרחקה מהמשחק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11 שחקנים ושחקניות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באייקונים ובציורי המגרש מהדף כדי להמחיש את המושגים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את שמות העמדות לפני מילוי הדף, כדי לחזק את הביטחון של כל התלמידים והתלמידות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לעבוד בזוגות ולדון יחד בתפקיד של כל עמדה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עולם הכדורגל - המגרש והעמדות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המגרש, העמדות של השחקנים והשחקניות, והחוקים הבסיסיים של כדורגל. כולם, בנות ובנים, יכולים לשחק בכל עמדה.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רשאי/ת לגעת בכדור בידיים ברחבת העונשין שלו/ה?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חלוץ/ה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שוער/ת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קשר/ית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מגן/ה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שחקנים ושחקניות משחקים בכל קבוצה על המגרש?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נמשך משחק רגיל של מבוגרים?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ממה עשוי 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מסגרת עם 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דגל 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עיגול באמצע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משחק/ת קרוב לשער של היריבים ומנסה להבקיע?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שוער/ת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מגן/ה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חלוץ/ה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שופט/ת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קורה כששחקן מקבל שני כרטיסים צהובים באותו 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פנדל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מהיכן פותחים את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מנקודת הפנדל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מעיגול האמצע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מדגל הקרן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מרחבת העונשין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מי מקשר/ת בין ההגנה להתקפה במגרש?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שוער/ת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מגן/ה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קשר/ית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מאמן/ת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 לשוער/ת מותר לגעת בכדור בידיים, בכל המגרש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אדום פירושו הרחקה מהמשחק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מגרש כדורגל של ילדים זהה בגודלו למגרש של מבוגרים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המשחק היא להכניס כדור לשער היריבים יותר פעמים מהם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לשחק בכדור עם הידיים בכל מקום במגרש, לכל שחקן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רגיל מתחלק לשתי מחציות עם הפסקה ביניהן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כדור שעובר את קו השער בין הקורות - זה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מהפינה בועטים בעיטת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מקפיד/ה על החוקים ושורק/ת על עבירות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עומד/ת בשער ושומר/ת שהכדור לא ייכנס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מכין/ה את הקבוצה באימונים ובוחר/ת מערך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משחק רגיל של מבוגרים נמשך __________ דקות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העמדה לתפקיד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שורק/ת על עבירות ומראה כרטיסים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מגן/ה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בוחר/ת מערך ומעודד/ת שחקנים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קשר/ית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מנסה להבקיע שערים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חלוץ/ה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שומר/ת שהכדור לא ייכנס לשער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שופט/ת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מקשר/ת בין ההגנה להתקפה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מאמן/ת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עוצר/ת התקפות של היריבים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בועט בכדור לכיוון השער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נפתח מעיגול האמצע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נקבע שער, והמשחק נפתח שוב מעיגול האמצע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הכדור עובר את קו השער בין הקורות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כמה משפטים: איזו עמדה הייתם רוצים לשחק בה - שוער/ת, מגן/ה, קשר/ית או חלוץ/ה? 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מה ההבדל בין האזור של רחבת העונשין לבין שאר המגרש, מבחינת חוקי המשחק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מותר/ת לגעת בכדור בידיים, והיכן בדיוק?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כרטיס צהוב לכרטיס אדום?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שחקנים ושחקניות משחקים בקבוצה אחת על המגרש?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עולם הכדורגל - המגרש והעמדות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