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המגרש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מסגרת עם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חלוץ/ה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מעיגול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קשר/ית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רק ברחבת העונשין שלו/ה, לא בכל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על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בכדורגל ילדים המגרש קטן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מטרת המשחק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לכל השחקנים חוץ מהשוער/ת ברחבה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בעובדות החשובות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(שומר/ת שהכדור לא ייכנס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(עוצר/ת התקפות של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(מקשר/ת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(שורק/ת על עבירות ומראה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(בוחר/ת מערך ומעודד/ת שחקנים)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נפתח מעיגול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בועט בכדור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עובר את קו השער בין הקורות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נקבע שער, והמשחק נפתח שוב מעיגול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עמדה ויסביר/תסביר בקצרה מה מושך אותו/ה בה, תוך שימוש בתיאור התפקיד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ברחבת העונשין השוער/ת רשאי/ת לגעת בכדור בידיים, בשאר המגרש זה אסור לכל השחקנים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השוער/ת, רק ברחבת העונשין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הוא אזהרה, אדום הוא הרחקה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 ושחקניות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באייקונים ובציורי המגרש מהדף כדי להמחיש את המושגים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שמות העמדות לפני מילוי הדף, כדי לחזק את הביטחון של כל התלמידים והתלמידות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בתפקיד של כל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מגרש הכדורגל. נלמד מי משחק באיזו עמדה. נלמד את החוקים הפשוטים.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עם רשת, כדור שנכנס בה זה 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רחבת העונשין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האזור הגדול מול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הפנדל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בועטים בעיטת עונשין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המגרש, משם בועטים כשהכדור 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היחיד/ה שמותר לו/לה לגעת בכדור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מהשופט/ת על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הרחקה מהמשחק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מחצית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מהמשחק, 45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יכול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שחקנים יש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אורך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מסגרת עם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מנסה להבקיע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עם שני צהובים?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מאיפה מתחילים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מנקודת הפנדל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מדגל הקרן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מרחבת העונשין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משחק באמצע ומקשר?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לשוער/ת מותר לגעת בכדור בידיים, בכל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אדום פירושו הרחקה מהמשחק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של ילדים זהה בגודלו למגרש של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להכניס כדור לשער היריבים יותר פעמים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לשחק בכדור עם הידיים בכל מקום במגרש, לכל שחקן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רגיל מתחלק לשתי מחציות עם הפסקה ביניהן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 שעובר את קו השער בין הקורות -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מהפינה בועטים בעיטת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מקפיד/ה על החוקים ושורק/ת על עבירות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עומד/ת בשער ושומר/ת שהכדור לא ייכנס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מכין/ה את הקבוצה באימונים ובוחר/ת מערך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משחק רגיל של מבוגרים נמשך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העמדה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שורק/ת על עבירות ומראה כרטיסים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שומר/ת שהכדור לא ייכנס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בוחר/ת מערך ומעודד/ת 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עוצר/ת התקפות של היריבים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מאמן/ת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מקשר/ת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נקבע שער, והמשחק נפתח שוב מעיגול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עובר את קו השער בין הקורות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בועט בכדור לכיוון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נפתח מעיגול האמצע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איזו עמדה הייתם רוצים לשחק בה - שוער/ת, מגן/ה, קשר/ית או חלוץ/ה?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האזור של רחבת העונשין לבין שאר המגרש, מבחינת חוקי המשחק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מותר/ת לגעת בכדור בידיים, והיכן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ושחקניות משחקים בקבוצה אחת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הכדורגל - המגרש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